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5AF86" w14:textId="6681D820" w:rsidR="005A5D83" w:rsidRDefault="001B3309">
      <w:pPr>
        <w:pStyle w:val="Heading1"/>
      </w:pPr>
      <w:r>
        <w:t>Radiographer Cardiac CT Study Day Wednesday 24</w:t>
      </w:r>
      <w:r w:rsidRPr="001B3309">
        <w:rPr>
          <w:vertAlign w:val="superscript"/>
        </w:rPr>
        <w:t>th</w:t>
      </w:r>
      <w:r>
        <w:t xml:space="preserve"> June 2026</w:t>
      </w:r>
    </w:p>
    <w:p w14:paraId="62CB6DE3" w14:textId="63A01C4D" w:rsidR="005A5D83" w:rsidRDefault="00000000">
      <w:r>
        <w:t xml:space="preserve">Join us for a comprehensive day of expert-led sessions designed to enhance your clinical practice and technical expertise in cardiac </w:t>
      </w:r>
      <w:r w:rsidR="001B3309">
        <w:t>CT scanning</w:t>
      </w:r>
      <w:r>
        <w:t>.</w:t>
      </w:r>
    </w:p>
    <w:p w14:paraId="31437EDF" w14:textId="7A2619F8" w:rsidR="005A5D83" w:rsidRDefault="00000000">
      <w:pPr>
        <w:pStyle w:val="Heading2"/>
      </w:pPr>
      <w:r>
        <w:t xml:space="preserve">Morning Sessions: Foundations &amp; Technical </w:t>
      </w:r>
      <w:r w:rsidR="001B3309">
        <w:t>Aspects</w:t>
      </w:r>
    </w:p>
    <w:p w14:paraId="05670FF3" w14:textId="7AD8C2B2" w:rsidR="005A5D83" w:rsidRDefault="00000000">
      <w:pPr>
        <w:pStyle w:val="ListBullet"/>
      </w:pPr>
      <w:r>
        <w:t>09:00 – 09:10 | Welcome (</w:t>
      </w:r>
      <w:r w:rsidR="001B3309">
        <w:t>Russell Bull</w:t>
      </w:r>
      <w:r>
        <w:t>)</w:t>
      </w:r>
    </w:p>
    <w:p w14:paraId="5DDB9612" w14:textId="15BDA212" w:rsidR="005A5D83" w:rsidRDefault="00000000">
      <w:pPr>
        <w:pStyle w:val="ListBullet"/>
      </w:pPr>
      <w:r>
        <w:t>09:10 – 09:30 | Patient Prep – Colin Mon</w:t>
      </w:r>
      <w:r w:rsidR="001B3309">
        <w:t>a</w:t>
      </w:r>
      <w:r>
        <w:t>ghan</w:t>
      </w:r>
    </w:p>
    <w:p w14:paraId="4C19249A" w14:textId="77777777" w:rsidR="005A5D83" w:rsidRDefault="00000000">
      <w:pPr>
        <w:pStyle w:val="ListBullet"/>
      </w:pPr>
      <w:r>
        <w:t>09:30 – 09:55 | HR Control &amp; GTN – Russell Bull</w:t>
      </w:r>
    </w:p>
    <w:p w14:paraId="7B9E0FA5" w14:textId="77777777" w:rsidR="005A5D83" w:rsidRDefault="00000000">
      <w:pPr>
        <w:pStyle w:val="ListBullet"/>
      </w:pPr>
      <w:r>
        <w:t>09:55 – 10:15 | Cardiac Anatomy – James Shambrook</w:t>
      </w:r>
    </w:p>
    <w:p w14:paraId="79CB15C3" w14:textId="77777777" w:rsidR="005A5D83" w:rsidRDefault="00000000">
      <w:pPr>
        <w:pStyle w:val="ListBullet"/>
      </w:pPr>
      <w:r>
        <w:t>10:15 – 10:30 | Morning Break</w:t>
      </w:r>
    </w:p>
    <w:p w14:paraId="7F0EDE89" w14:textId="29BAC864" w:rsidR="005A5D83" w:rsidRDefault="00000000">
      <w:pPr>
        <w:pStyle w:val="ListBullet"/>
      </w:pPr>
      <w:r>
        <w:t>10:30 – 11:</w:t>
      </w:r>
      <w:r w:rsidR="001B3309">
        <w:t>00</w:t>
      </w:r>
      <w:r>
        <w:t xml:space="preserve"> | Radiographer Led Lists – Colin Mon</w:t>
      </w:r>
      <w:r w:rsidR="001B3309">
        <w:t>a</w:t>
      </w:r>
      <w:r>
        <w:t>ghan</w:t>
      </w:r>
    </w:p>
    <w:p w14:paraId="720A656D" w14:textId="15C11732" w:rsidR="001B3309" w:rsidRDefault="001B3309">
      <w:pPr>
        <w:pStyle w:val="ListBullet"/>
      </w:pPr>
      <w:r>
        <w:t xml:space="preserve">11.00 – 11.15 </w:t>
      </w:r>
      <w:r>
        <w:t>|</w:t>
      </w:r>
      <w:r>
        <w:t xml:space="preserve"> The Leicester approach to radiographer lists – Kelly Parke</w:t>
      </w:r>
    </w:p>
    <w:p w14:paraId="787C21FB" w14:textId="77777777" w:rsidR="005A5D83" w:rsidRDefault="00000000">
      <w:pPr>
        <w:pStyle w:val="ListBullet"/>
      </w:pPr>
      <w:r>
        <w:t>11:15 – 11:45 | ECG Interpretation – Anna Reid</w:t>
      </w:r>
    </w:p>
    <w:p w14:paraId="4D308FE5" w14:textId="77777777" w:rsidR="005A5D83" w:rsidRDefault="00000000">
      <w:pPr>
        <w:pStyle w:val="ListBullet"/>
      </w:pPr>
      <w:r>
        <w:t>11:45 – 12:30 | Image Quality Interpretation &amp; Common Pathologies – Russell Bull</w:t>
      </w:r>
    </w:p>
    <w:p w14:paraId="6BE8D275" w14:textId="77777777" w:rsidR="000179F3" w:rsidRDefault="000179F3" w:rsidP="000179F3">
      <w:pPr>
        <w:pStyle w:val="ListBullet"/>
        <w:numPr>
          <w:ilvl w:val="0"/>
          <w:numId w:val="0"/>
        </w:numPr>
        <w:ind w:left="360" w:hanging="360"/>
      </w:pPr>
    </w:p>
    <w:p w14:paraId="3E569CED" w14:textId="77777777" w:rsidR="000179F3" w:rsidRPr="000179F3" w:rsidRDefault="000179F3" w:rsidP="000179F3">
      <w:pPr>
        <w:pStyle w:val="ListBullet"/>
        <w:rPr>
          <w:b/>
          <w:bCs/>
        </w:rPr>
      </w:pPr>
      <w:r w:rsidRPr="000179F3">
        <w:rPr>
          <w:b/>
          <w:bCs/>
        </w:rPr>
        <w:t>12:30 – 13:30 | Lunch</w:t>
      </w:r>
    </w:p>
    <w:p w14:paraId="43A8D094" w14:textId="77777777" w:rsidR="000179F3" w:rsidRDefault="000179F3" w:rsidP="000179F3">
      <w:pPr>
        <w:pStyle w:val="ListBullet"/>
        <w:numPr>
          <w:ilvl w:val="0"/>
          <w:numId w:val="0"/>
        </w:numPr>
        <w:ind w:left="360" w:hanging="360"/>
      </w:pPr>
    </w:p>
    <w:p w14:paraId="5B0D2BD1" w14:textId="77777777" w:rsidR="005A5D83" w:rsidRDefault="00000000">
      <w:pPr>
        <w:pStyle w:val="Heading2"/>
      </w:pPr>
      <w:r>
        <w:t>Afternoon Sessions: Practical Application &amp; Case Studies</w:t>
      </w:r>
    </w:p>
    <w:p w14:paraId="54E12509" w14:textId="77777777" w:rsidR="005A5D83" w:rsidRDefault="00000000">
      <w:pPr>
        <w:pStyle w:val="ListBullet"/>
      </w:pPr>
      <w:r>
        <w:t>13:30 – 14:10 | Vendor-Specific Breakout Groups</w:t>
      </w:r>
    </w:p>
    <w:p w14:paraId="5C56B710" w14:textId="77777777" w:rsidR="005A5D83" w:rsidRDefault="00000000">
      <w:pPr>
        <w:pStyle w:val="ListBullet"/>
      </w:pPr>
      <w:r>
        <w:t>Canon: Russell Bull &amp; Anna Reid</w:t>
      </w:r>
    </w:p>
    <w:p w14:paraId="05B9D721" w14:textId="3D113F11" w:rsidR="005A5D83" w:rsidRDefault="00000000">
      <w:pPr>
        <w:pStyle w:val="ListBullet"/>
      </w:pPr>
      <w:r>
        <w:t>Siemens: James Shambrook</w:t>
      </w:r>
      <w:r w:rsidR="001B3309">
        <w:t xml:space="preserve">, </w:t>
      </w:r>
      <w:r>
        <w:t>Colin Mon</w:t>
      </w:r>
      <w:r w:rsidR="001B3309">
        <w:t>a</w:t>
      </w:r>
      <w:r>
        <w:t>ghan</w:t>
      </w:r>
      <w:r w:rsidR="001B3309">
        <w:t xml:space="preserve"> and Kelly Parke</w:t>
      </w:r>
    </w:p>
    <w:p w14:paraId="457EB932" w14:textId="3933252E" w:rsidR="005A5D83" w:rsidRDefault="00000000">
      <w:pPr>
        <w:pStyle w:val="ListBullet"/>
      </w:pPr>
      <w:r>
        <w:t>GE: Sri Iyengar</w:t>
      </w:r>
      <w:r w:rsidR="001B3309">
        <w:t xml:space="preserve"> &amp; Russell Bull</w:t>
      </w:r>
    </w:p>
    <w:p w14:paraId="29939373" w14:textId="77777777" w:rsidR="005A5D83" w:rsidRDefault="00000000">
      <w:pPr>
        <w:pStyle w:val="ListBullet"/>
      </w:pPr>
      <w:r>
        <w:t>14:10 – 14:30 | Interactive Best Practice / Problem Solving Q&amp;A – All Faculty</w:t>
      </w:r>
    </w:p>
    <w:p w14:paraId="1D8C65EA" w14:textId="77777777" w:rsidR="005A5D83" w:rsidRDefault="00000000">
      <w:pPr>
        <w:pStyle w:val="ListBullet"/>
      </w:pPr>
      <w:r>
        <w:t>14:30 – 15:30 | Case Evaluation – James Shambrook</w:t>
      </w:r>
    </w:p>
    <w:p w14:paraId="2E2E9242" w14:textId="77777777" w:rsidR="005A5D83" w:rsidRDefault="00000000">
      <w:pPr>
        <w:pStyle w:val="ListBullet"/>
      </w:pPr>
      <w:r>
        <w:t>15:30 – 15:45 | Afternoon Break</w:t>
      </w:r>
    </w:p>
    <w:p w14:paraId="4BADB60F" w14:textId="77777777" w:rsidR="005A5D83" w:rsidRDefault="00000000">
      <w:pPr>
        <w:pStyle w:val="ListBullet"/>
      </w:pPr>
      <w:r>
        <w:t>15:45 – 16:15 | Other Cardiac Scanning – Sri Iyengar</w:t>
      </w:r>
    </w:p>
    <w:p w14:paraId="622E2D3F" w14:textId="77777777" w:rsidR="005A5D83" w:rsidRDefault="00000000">
      <w:pPr>
        <w:pStyle w:val="ListBullet"/>
      </w:pPr>
      <w:r>
        <w:t>16:15 – 16:45 | Patient Selection and Pathway Post-Scan – Anna Reid</w:t>
      </w:r>
    </w:p>
    <w:p w14:paraId="208AB4E3" w14:textId="77777777" w:rsidR="005A5D83" w:rsidRDefault="00000000">
      <w:pPr>
        <w:pStyle w:val="ListBullet"/>
      </w:pPr>
      <w:r>
        <w:t>16:45 – 17:00 | Final Questions and Closing Statements – Russell Bull</w:t>
      </w:r>
    </w:p>
    <w:sectPr w:rsidR="005A5D8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2468546">
    <w:abstractNumId w:val="8"/>
  </w:num>
  <w:num w:numId="2" w16cid:durableId="47464708">
    <w:abstractNumId w:val="6"/>
  </w:num>
  <w:num w:numId="3" w16cid:durableId="762608951">
    <w:abstractNumId w:val="5"/>
  </w:num>
  <w:num w:numId="4" w16cid:durableId="1271013363">
    <w:abstractNumId w:val="4"/>
  </w:num>
  <w:num w:numId="5" w16cid:durableId="379938802">
    <w:abstractNumId w:val="7"/>
  </w:num>
  <w:num w:numId="6" w16cid:durableId="135756443">
    <w:abstractNumId w:val="3"/>
  </w:num>
  <w:num w:numId="7" w16cid:durableId="741945591">
    <w:abstractNumId w:val="2"/>
  </w:num>
  <w:num w:numId="8" w16cid:durableId="405150685">
    <w:abstractNumId w:val="1"/>
  </w:num>
  <w:num w:numId="9" w16cid:durableId="628824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79F3"/>
    <w:rsid w:val="00034616"/>
    <w:rsid w:val="0006063C"/>
    <w:rsid w:val="0015074B"/>
    <w:rsid w:val="001B3309"/>
    <w:rsid w:val="0029639D"/>
    <w:rsid w:val="00326F90"/>
    <w:rsid w:val="005A5D83"/>
    <w:rsid w:val="00AA1D8D"/>
    <w:rsid w:val="00AC2AA6"/>
    <w:rsid w:val="00B47730"/>
    <w:rsid w:val="00B703C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84770D"/>
  <w14:defaultImageDpi w14:val="300"/>
  <w15:docId w15:val="{FB599519-B042-F340-8158-0FBDE3610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1132</Characters>
  <Application>Microsoft Office Word</Application>
  <DocSecurity>0</DocSecurity>
  <Lines>26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Russell Bull</cp:lastModifiedBy>
  <cp:revision>4</cp:revision>
  <dcterms:created xsi:type="dcterms:W3CDTF">2026-03-10T20:05:00Z</dcterms:created>
  <dcterms:modified xsi:type="dcterms:W3CDTF">2026-03-10T20:06:00Z</dcterms:modified>
  <cp:category/>
</cp:coreProperties>
</file>